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FERMERO ESPECIALIZ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FERMERO ESPECIALIZAD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