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PECIALIZED NUR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PECIALIZED NUR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