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NTHROPOLOG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NTHROPOLOG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