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ROPÓLOG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ROPÓLOG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