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Programme Function Job Description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PSYCHOLOGIST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Function title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PSYCHOLOGIST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PFG code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M09500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GGF Level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14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