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ENFERMERO EJECUTOR DE ANESTESIA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ENFERMERO EJECUTOR DE ANESTESIA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