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CLINICAL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CLINICAL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