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FISIOTERAP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FISIOTERAP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