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YSIOTHERAPIS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YSIOTHERAPIS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