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MIDWIFE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MIDWIFE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M09000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