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DEPUTY DECENTRALIZATION MANAGER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DEPUTY DECENTRALIZATION MANAGER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M08400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14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