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NURSE SPECIALIST SUPERVISOR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NURSE SPECIALIST SUPERVISOR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M08200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