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PROYECTO - VIOLENCIA SEXUAL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PROYECTO - VIOLENCIA SEXUAL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