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Programme Function Job Description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PHARMACY COORDINATOR SUPPORT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Function title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PHARMACY COORDINATOR SUPPORT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PFG code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M07700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GGF Level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15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