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 CHEF ADJOINT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 CHEF ADJOINT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