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ANALYST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ANALYST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