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POYO A LA COORDINACIÓN MÉDICA DE PAI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POYO A LA COORDINACIÓN MÉDICA DE PAI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