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PREVENCIÓN Y CONTROL DE INFECCION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PREVENCIÓN Y CONTROL DE INFECCION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