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AL RESEARCH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AL RESEARCH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