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EXIT SUPPORT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EXIT SUPPORT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M06200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