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EXIT SUPPORT ACTIVITY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EXIT SUPPORT ACTIVITY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M06200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