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ANTHROPOLOGY ACTIVITY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ANTHROPOLOGY ACTIVITY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M06000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