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ANTHROPOLOGY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ANTHROPOLOGY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M06000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