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ACTIVIDADES DE SALUD MÓVIL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ACTIVIDADES DE SALUD MÓVIL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