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NUTRITIONELLES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NUTRITIONELLES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