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NUTRICIONALES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NUTRICIONALES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