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STAFF HEALTH LEAD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STAFF HEALTH LEAD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