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LEAD NURSE OR 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LEAD NURSE OR 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