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REGIONAL HP FOCAL POINT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REGIONAL HP FOCAL POINT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M04400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