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DEPUTY HOSPITAL DIRECTOR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DEPUTY HOSPITAL DIRECTOR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M04300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