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HOSPITAL DIREC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HOSPITAL DIREC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