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OR/A DE ENFERMER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OR/A DE ENFERMER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