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SAC AND CONTRACEPTION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SAC AND CONTRACEPTION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M03500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