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TRY SPECIALIZED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TRY SPECIALIZED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