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IDWIFE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IDWIFE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