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COUNTRY PHARMACY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COUNTRY PHARMACY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