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ENIOR MEDICAL DOC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ENIOR MEDICAL DOC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2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