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RHEUMATOLOGIST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RHEUMATOLOGIST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M02500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