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HEUMATOLOG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HEUMATOLOG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