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IRUJANO/A ORTOPÉDICO/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IRUJANO/A ORTOPÉDICO/A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2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