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CIRUJANO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CIRUJANO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