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ESTES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ESTES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