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DOCTOR ANAESTHETIST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DOCTOR ANAESTHETIST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