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ÉDIATR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ÉDIATR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