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PSYCHIATRE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PSYCHIATRE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