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IQUIATR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IQUIATR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