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BSTETRICIAN GYNAEC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BSTETRICIAN GYNAEC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