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O ESPECIALI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O ESPECIALIS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