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OSPITAL CLINICAL LEA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OSPITAL CLINICAL LEA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