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MANAGE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MANAGE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